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Worksheet 2: Comparing the Parties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2. Research your party with your group, then compare the parties on one issue.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Our party research</w:t>
      </w:r>
    </w:p>
    <w:p>
      <w:pPr>
        <w:spacing w:after="80" w:before="0"/>
      </w:pPr>
      <w:r>
        <w:rPr>
          <w:b w:val="0"/>
          <w:i w:val="0"/>
          <w:sz w:val="21"/>
        </w:rPr>
        <w:t>Our party (circle):   BC Conservatives     BC Green Party     BC NDP     OneBC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6624"/>
      </w:tblGrid>
      <w:tr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Question</w:t>
            </w:r>
          </w:p>
        </w:tc>
        <w:tc>
          <w:tcPr>
            <w:tcW w:type="dxa" w:w="66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we found</w:t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Party leader</w:t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Local candidate (Kelowna Centre)</w:t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Slogan</w:t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Big idea (promise)</w:t>
            </w:r>
          </w:p>
        </w:tc>
        <w:tc>
          <w:tcPr>
            <w:tcW w:type="dxa" w:w="51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Who it helps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1.</w:t>
            </w:r>
          </w:p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2.</w:t>
            </w:r>
          </w:p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3.</w:t>
            </w:r>
          </w:p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Part B: Party pitch notes (one big idea for each party)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c>
          <w:tcPr>
            <w:tcW w:type="dxa" w:w="288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Party</w:t>
            </w:r>
          </w:p>
        </w:tc>
        <w:tc>
          <w:tcPr>
            <w:tcW w:type="dxa" w:w="748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One big idea</w:t>
            </w:r>
          </w:p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Conservatives</w:t>
            </w:r>
          </w:p>
        </w:tc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Green Party</w:t>
            </w:r>
          </w:p>
        </w:tc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BC NDP</w:t>
            </w:r>
          </w:p>
        </w:tc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OneBC</w:t>
            </w:r>
          </w:p>
        </w:tc>
        <w:tc>
          <w:tcPr>
            <w:tcW w:type="dxa" w:w="748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Part C: My issue</w:t>
      </w:r>
    </w:p>
    <w:p>
      <w:pPr>
        <w:spacing w:after="60" w:before="0"/>
      </w:pPr>
      <w:r>
        <w:rPr>
          <w:b w:val="0"/>
          <w:i w:val="0"/>
          <w:sz w:val="22"/>
        </w:rPr>
        <w:t>The issue that matters most to me is ______________________ because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 w:val="0"/>
          <w:i w:val="0"/>
          <w:sz w:val="22"/>
        </w:rPr>
        <w:t>The party plan that fits my view best on this issue is ______________ because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80"/>
      </w:pPr>
      <w:r>
        <w:rPr>
          <w:b/>
          <w:i w:val="0"/>
          <w:sz w:val="22"/>
        </w:rPr>
        <w:t>Grade 6 challenge: Where did your information come from? Is that source trying to persuade you? How do you know?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Reflection card</w:t>
      </w:r>
    </w:p>
    <w:p>
      <w:pPr>
        <w:spacing w:after="60" w:before="0"/>
      </w:pPr>
      <w:r>
        <w:rPr>
          <w:b w:val="0"/>
          <w:i w:val="0"/>
          <w:sz w:val="22"/>
        </w:rPr>
        <w:t>The first thing I will share with my family tonight is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